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79A59" w14:textId="77777777" w:rsidR="009D4D7C" w:rsidRDefault="00000000">
      <w:pPr>
        <w:jc w:val="center"/>
        <w:rPr>
          <w:b/>
          <w:color w:val="3BB55B"/>
          <w:sz w:val="32"/>
        </w:rPr>
      </w:pPr>
      <w:r>
        <w:rPr>
          <w:b/>
          <w:color w:val="3BB55B"/>
          <w:sz w:val="32"/>
        </w:rPr>
        <w:t>Full of Beans Holiday Camps</w:t>
      </w:r>
    </w:p>
    <w:p w14:paraId="7EB7C01E" w14:textId="0B3B0ABD" w:rsidR="00727386" w:rsidRDefault="00000000">
      <w:pPr>
        <w:jc w:val="center"/>
      </w:pPr>
      <w:r>
        <w:rPr>
          <w:b/>
          <w:color w:val="3BB55B"/>
          <w:sz w:val="32"/>
        </w:rPr>
        <w:t>Parent Consent Form for Administration of Medication</w:t>
      </w:r>
    </w:p>
    <w:p w14:paraId="6A5244F1" w14:textId="55271DBE" w:rsidR="00727386" w:rsidRDefault="009D4D7C" w:rsidP="009D4D7C">
      <w:pPr>
        <w:jc w:val="center"/>
      </w:pPr>
      <w:r>
        <w:t>October 2025</w:t>
      </w:r>
    </w:p>
    <w:p w14:paraId="712BD01A" w14:textId="77777777" w:rsidR="00727386" w:rsidRDefault="00000000">
      <w:r>
        <w:t>This form must be completed and signed by a parent or legal guardian before any medication can be administered at camp. A separate form is required for each medicine.</w:t>
      </w:r>
    </w:p>
    <w:p w14:paraId="38DB6DA2" w14:textId="77777777" w:rsidR="00727386" w:rsidRDefault="00000000">
      <w:pPr>
        <w:pStyle w:val="Heading1"/>
      </w:pPr>
      <w:r>
        <w:t>Child Details</w:t>
      </w:r>
    </w:p>
    <w:p w14:paraId="5509A0D0" w14:textId="77777777" w:rsidR="00727386" w:rsidRDefault="00000000">
      <w:r>
        <w:t>Child’s Full Name: ___________________________________________</w:t>
      </w:r>
    </w:p>
    <w:p w14:paraId="6D6B37E8" w14:textId="77777777" w:rsidR="00727386" w:rsidRDefault="00000000">
      <w:r>
        <w:t>Date of Birth: ______________________   Camp Dates: ___________________________</w:t>
      </w:r>
    </w:p>
    <w:p w14:paraId="454CB225" w14:textId="77777777" w:rsidR="00727386" w:rsidRDefault="00000000">
      <w:pPr>
        <w:pStyle w:val="Heading1"/>
      </w:pPr>
      <w:r>
        <w:t>Parent / Guardian Details</w:t>
      </w:r>
    </w:p>
    <w:p w14:paraId="2A5B20D1" w14:textId="77777777" w:rsidR="00727386" w:rsidRDefault="00000000">
      <w:r>
        <w:t>Name: ___________________________________________________________</w:t>
      </w:r>
    </w:p>
    <w:p w14:paraId="0506B092" w14:textId="77777777" w:rsidR="00727386" w:rsidRDefault="00000000">
      <w:r>
        <w:t>Relationship to child: ____________________________________________</w:t>
      </w:r>
    </w:p>
    <w:p w14:paraId="6CB07ED1" w14:textId="77777777" w:rsidR="00727386" w:rsidRDefault="00000000">
      <w:r>
        <w:t>Telephone (Daytime): ___________________   Mobile: ___________________________</w:t>
      </w:r>
    </w:p>
    <w:p w14:paraId="49FE1774" w14:textId="77777777" w:rsidR="00727386" w:rsidRDefault="00000000">
      <w:pPr>
        <w:pStyle w:val="Heading1"/>
      </w:pPr>
      <w:r>
        <w:t>Medication Details</w:t>
      </w:r>
    </w:p>
    <w:p w14:paraId="33D69CFA" w14:textId="77777777" w:rsidR="00727386" w:rsidRDefault="00000000">
      <w:r>
        <w:t>Name of Medication: ______________________________________________</w:t>
      </w:r>
    </w:p>
    <w:p w14:paraId="4B50E282" w14:textId="77777777" w:rsidR="00727386" w:rsidRDefault="00000000">
      <w:r>
        <w:t>Reason for Medication: ___________________________________________</w:t>
      </w:r>
    </w:p>
    <w:p w14:paraId="790E7E33" w14:textId="77777777" w:rsidR="00727386" w:rsidRDefault="00000000">
      <w:r>
        <w:t>Dosage and Method: ______________________________________________</w:t>
      </w:r>
    </w:p>
    <w:p w14:paraId="3C0C56B9" w14:textId="77777777" w:rsidR="00727386" w:rsidRDefault="00000000">
      <w:r>
        <w:t>Time(s) to be Administered: ______________________________________</w:t>
      </w:r>
    </w:p>
    <w:p w14:paraId="4067DC23" w14:textId="77777777" w:rsidR="00727386" w:rsidRDefault="00000000">
      <w:r>
        <w:t>Special Storage Requirements (e.g. fridge): _________________________</w:t>
      </w:r>
    </w:p>
    <w:p w14:paraId="6B74F7E3" w14:textId="77777777" w:rsidR="00727386" w:rsidRDefault="00000000">
      <w:r>
        <w:t>Possible Side Effects: ____________________________________________</w:t>
      </w:r>
    </w:p>
    <w:p w14:paraId="0156C31E" w14:textId="77777777" w:rsidR="00727386" w:rsidRDefault="00000000">
      <w:r>
        <w:t>Any other medical information: ____________________________________</w:t>
      </w:r>
    </w:p>
    <w:p w14:paraId="78880EEA" w14:textId="77777777" w:rsidR="00727386" w:rsidRDefault="00000000">
      <w:pPr>
        <w:pStyle w:val="Heading1"/>
      </w:pPr>
      <w:r>
        <w:t>Parent / Guardian Declaration</w:t>
      </w:r>
    </w:p>
    <w:p w14:paraId="16B12FFB" w14:textId="77777777" w:rsidR="00727386" w:rsidRDefault="00000000">
      <w:r>
        <w:t>• I confirm that the above medication is in its original container, clearly labelled with my child’s name and dosage instructions.</w:t>
      </w:r>
      <w:r>
        <w:br/>
        <w:t>• I give permission for the Camp Manager or designated member of staff at Full of Beans Holiday Camps to administer this medication in accordance with the instructions above.</w:t>
      </w:r>
      <w:r>
        <w:br/>
        <w:t xml:space="preserve">• I agree to inform the camp immediately in writing of any changes to medication, dosage, </w:t>
      </w:r>
      <w:r>
        <w:lastRenderedPageBreak/>
        <w:t>or timing.</w:t>
      </w:r>
      <w:r>
        <w:br/>
        <w:t>• I understand that a record of all medication given will be kept and that I may request to see this record at any time.</w:t>
      </w:r>
    </w:p>
    <w:p w14:paraId="268A70B3" w14:textId="77777777" w:rsidR="00727386" w:rsidRDefault="00000000">
      <w:r>
        <w:t>Signature of Parent/Guardian: ____________________________   Date: _______________</w:t>
      </w:r>
    </w:p>
    <w:p w14:paraId="28124591" w14:textId="77777777" w:rsidR="00727386" w:rsidRDefault="00000000">
      <w:r>
        <w:t>Print Name: ____________________________________________</w:t>
      </w:r>
    </w:p>
    <w:sectPr w:rsidR="00727386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6E314" w14:textId="77777777" w:rsidR="00897FC5" w:rsidRDefault="00897FC5" w:rsidP="009D4D7C">
      <w:pPr>
        <w:spacing w:after="0" w:line="240" w:lineRule="auto"/>
      </w:pPr>
      <w:r>
        <w:separator/>
      </w:r>
    </w:p>
  </w:endnote>
  <w:endnote w:type="continuationSeparator" w:id="0">
    <w:p w14:paraId="7D1C12B9" w14:textId="77777777" w:rsidR="00897FC5" w:rsidRDefault="00897FC5" w:rsidP="009D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FECBC" w14:textId="77777777" w:rsidR="00897FC5" w:rsidRDefault="00897FC5" w:rsidP="009D4D7C">
      <w:pPr>
        <w:spacing w:after="0" w:line="240" w:lineRule="auto"/>
      </w:pPr>
      <w:r>
        <w:separator/>
      </w:r>
    </w:p>
  </w:footnote>
  <w:footnote w:type="continuationSeparator" w:id="0">
    <w:p w14:paraId="18223027" w14:textId="77777777" w:rsidR="00897FC5" w:rsidRDefault="00897FC5" w:rsidP="009D4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24F43" w14:textId="566576AB" w:rsidR="009D4D7C" w:rsidRDefault="009D4D7C" w:rsidP="009D4D7C">
    <w:pPr>
      <w:pStyle w:val="Header"/>
      <w:jc w:val="right"/>
    </w:pPr>
    <w:r w:rsidRPr="009D4D7C">
      <w:drawing>
        <wp:inline distT="0" distB="0" distL="0" distR="0" wp14:anchorId="01AAB177" wp14:editId="0B849E8A">
          <wp:extent cx="968146" cy="591981"/>
          <wp:effectExtent l="0" t="0" r="3810" b="0"/>
          <wp:docPr id="742597286" name="Picture 2" descr="A group of cartoon charac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597286" name="Picture 2" descr="A group of cartoon character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066" cy="5962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1418054">
    <w:abstractNumId w:val="8"/>
  </w:num>
  <w:num w:numId="2" w16cid:durableId="1360855706">
    <w:abstractNumId w:val="6"/>
  </w:num>
  <w:num w:numId="3" w16cid:durableId="836386556">
    <w:abstractNumId w:val="5"/>
  </w:num>
  <w:num w:numId="4" w16cid:durableId="1063404630">
    <w:abstractNumId w:val="4"/>
  </w:num>
  <w:num w:numId="5" w16cid:durableId="1330449628">
    <w:abstractNumId w:val="7"/>
  </w:num>
  <w:num w:numId="6" w16cid:durableId="1898738601">
    <w:abstractNumId w:val="3"/>
  </w:num>
  <w:num w:numId="7" w16cid:durableId="1582988345">
    <w:abstractNumId w:val="2"/>
  </w:num>
  <w:num w:numId="8" w16cid:durableId="547183390">
    <w:abstractNumId w:val="1"/>
  </w:num>
  <w:num w:numId="9" w16cid:durableId="1022165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27386"/>
    <w:rsid w:val="00897FC5"/>
    <w:rsid w:val="00995C1F"/>
    <w:rsid w:val="009D4D7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09CE30"/>
  <w14:defaultImageDpi w14:val="300"/>
  <w15:docId w15:val="{20BFEFBA-5022-4161-BCB2-5339AEFE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nicky adams</cp:lastModifiedBy>
  <cp:revision>2</cp:revision>
  <dcterms:created xsi:type="dcterms:W3CDTF">2025-10-24T13:21:00Z</dcterms:created>
  <dcterms:modified xsi:type="dcterms:W3CDTF">2025-10-24T13:21:00Z</dcterms:modified>
  <cp:category/>
</cp:coreProperties>
</file>