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F11F" w14:textId="77777777" w:rsidR="000D7908" w:rsidRDefault="00000000" w:rsidP="000D7908">
      <w:pPr>
        <w:spacing w:after="0" w:line="240" w:lineRule="auto"/>
        <w:jc w:val="center"/>
        <w:rPr>
          <w:b/>
          <w:color w:val="3BB55B"/>
          <w:sz w:val="32"/>
        </w:rPr>
      </w:pPr>
      <w:r>
        <w:rPr>
          <w:b/>
          <w:color w:val="3BB55B"/>
          <w:sz w:val="32"/>
        </w:rPr>
        <w:t xml:space="preserve">Full of Beans Holiday Camps </w:t>
      </w:r>
    </w:p>
    <w:p w14:paraId="2027FD0F" w14:textId="5E608004" w:rsidR="006967E9" w:rsidRDefault="000D7908" w:rsidP="000D7908">
      <w:pPr>
        <w:spacing w:after="0" w:line="240" w:lineRule="auto"/>
        <w:jc w:val="center"/>
        <w:rPr>
          <w:b/>
          <w:color w:val="3BB55B"/>
          <w:sz w:val="32"/>
        </w:rPr>
      </w:pPr>
      <w:r>
        <w:rPr>
          <w:b/>
          <w:color w:val="3BB55B"/>
          <w:sz w:val="32"/>
        </w:rPr>
        <w:t>M</w:t>
      </w:r>
      <w:r w:rsidR="00000000">
        <w:rPr>
          <w:b/>
          <w:color w:val="3BB55B"/>
          <w:sz w:val="32"/>
        </w:rPr>
        <w:t>edication Administration Record</w:t>
      </w:r>
    </w:p>
    <w:p w14:paraId="7730E41C" w14:textId="77777777" w:rsidR="000D7908" w:rsidRDefault="000D7908" w:rsidP="000D7908">
      <w:pPr>
        <w:jc w:val="center"/>
        <w:rPr>
          <w:b/>
          <w:sz w:val="32"/>
        </w:rPr>
      </w:pPr>
      <w:r w:rsidRPr="000D7908">
        <w:rPr>
          <w:b/>
          <w:sz w:val="32"/>
        </w:rPr>
        <w:t>October 25</w:t>
      </w:r>
    </w:p>
    <w:p w14:paraId="32034A63" w14:textId="2B1F9F59" w:rsidR="006967E9" w:rsidRDefault="00000000" w:rsidP="000D7908">
      <w:pPr>
        <w:jc w:val="center"/>
      </w:pPr>
      <w:r>
        <w:t>This record must be completed each time medication is administered. Only the Camp Manager or authorised staff member may complete this form.</w:t>
      </w:r>
    </w:p>
    <w:p w14:paraId="434994A7" w14:textId="77777777" w:rsidR="006967E9" w:rsidRDefault="00000000">
      <w:pPr>
        <w:pStyle w:val="Heading1"/>
      </w:pPr>
      <w:r>
        <w:t>Child Details</w:t>
      </w:r>
    </w:p>
    <w:p w14:paraId="78D89897" w14:textId="1E41E370" w:rsidR="006967E9" w:rsidRDefault="00000000">
      <w:r>
        <w:t xml:space="preserve">Child’s Full Name: </w:t>
      </w:r>
      <w:r w:rsidR="000D7908">
        <w:t>___________________________________________________________________________________</w:t>
      </w:r>
    </w:p>
    <w:p w14:paraId="2862D577" w14:textId="60612754" w:rsidR="006967E9" w:rsidRDefault="00000000">
      <w:r>
        <w:t>Date of Birth: __________________</w:t>
      </w:r>
      <w:r w:rsidR="000D7908">
        <w:t>_____________</w:t>
      </w:r>
      <w:r>
        <w:t>___</w:t>
      </w:r>
      <w:proofErr w:type="gramStart"/>
      <w:r>
        <w:t xml:space="preserve">_  </w:t>
      </w:r>
      <w:proofErr w:type="gramEnd"/>
      <w:r>
        <w:t xml:space="preserve"> Camp Dates: ________</w:t>
      </w:r>
      <w:r w:rsidR="000D7908">
        <w:t>__________</w:t>
      </w:r>
      <w:r>
        <w:t>___________________</w:t>
      </w:r>
    </w:p>
    <w:p w14:paraId="72A3EC67" w14:textId="77777777" w:rsidR="006967E9" w:rsidRDefault="00000000">
      <w:pPr>
        <w:pStyle w:val="Heading1"/>
      </w:pPr>
      <w:r>
        <w:t>Medication Details</w:t>
      </w:r>
    </w:p>
    <w:p w14:paraId="15B111C6" w14:textId="012E3067" w:rsidR="006967E9" w:rsidRDefault="00000000">
      <w:r>
        <w:t>Name of Medication:</w:t>
      </w:r>
      <w:r w:rsidR="000D7908">
        <w:t xml:space="preserve"> ________________________________________________________________________________</w:t>
      </w:r>
    </w:p>
    <w:p w14:paraId="45039133" w14:textId="3B53B75A" w:rsidR="006967E9" w:rsidRDefault="00000000">
      <w:proofErr w:type="gramStart"/>
      <w:r>
        <w:t>Dosage: __</w:t>
      </w:r>
      <w:proofErr w:type="gramEnd"/>
      <w:r>
        <w:t>____________________</w:t>
      </w:r>
      <w:r w:rsidR="000D7908">
        <w:t>________</w:t>
      </w:r>
      <w:r>
        <w:t>__   Time(s): _________</w:t>
      </w:r>
      <w:r w:rsidR="000D7908">
        <w:t>____________</w:t>
      </w:r>
      <w:r>
        <w:t>_______________</w:t>
      </w:r>
    </w:p>
    <w:p w14:paraId="34E63B2D" w14:textId="44C5AF0D" w:rsidR="006967E9" w:rsidRDefault="00000000">
      <w:r>
        <w:t xml:space="preserve">Storage Location: </w:t>
      </w:r>
      <w:r w:rsidR="000D7908">
        <w:t>___________________________________________________________________________________</w:t>
      </w:r>
    </w:p>
    <w:p w14:paraId="7F790B87" w14:textId="77777777" w:rsidR="006967E9" w:rsidRDefault="00000000">
      <w:r>
        <w:t xml:space="preserve">Parent Consent Form Checked: ☐ </w:t>
      </w:r>
      <w:proofErr w:type="gramStart"/>
      <w:r>
        <w:t>Yes  ☐</w:t>
      </w:r>
      <w:proofErr w:type="gramEnd"/>
      <w:r>
        <w:t xml:space="preserve"> No</w:t>
      </w:r>
    </w:p>
    <w:p w14:paraId="61BC469B" w14:textId="77777777" w:rsidR="006967E9" w:rsidRDefault="00000000">
      <w:pPr>
        <w:pStyle w:val="Heading1"/>
      </w:pPr>
      <w:r>
        <w:t>Administration Record</w:t>
      </w:r>
    </w:p>
    <w:p w14:paraId="10FD15EA" w14:textId="2295FB9C" w:rsidR="000D7908" w:rsidRDefault="00000000">
      <w:proofErr w:type="gramStart"/>
      <w:r>
        <w:t xml:space="preserve">Date </w:t>
      </w:r>
      <w:r w:rsidR="000D7908">
        <w:t xml:space="preserve"> _</w:t>
      </w:r>
      <w:proofErr w:type="gramEnd"/>
      <w:r w:rsidR="000D7908">
        <w:t>__________________________________________________________________________________</w:t>
      </w:r>
    </w:p>
    <w:p w14:paraId="693EC067" w14:textId="7BDD3BF4" w:rsidR="000D7908" w:rsidRDefault="00000000">
      <w:r>
        <w:t xml:space="preserve">Time </w:t>
      </w:r>
      <w:r w:rsidR="000D7908">
        <w:t xml:space="preserve"> </w:t>
      </w:r>
      <w:r w:rsidR="000D7908">
        <w:t xml:space="preserve">  ___________________________________________________________________________________</w:t>
      </w:r>
    </w:p>
    <w:p w14:paraId="6CB3EDD0" w14:textId="6FBFEB02" w:rsidR="000D7908" w:rsidRDefault="00000000">
      <w:r>
        <w:t xml:space="preserve">Dose Given </w:t>
      </w:r>
      <w:r w:rsidR="000D7908">
        <w:t xml:space="preserve"> </w:t>
      </w:r>
      <w:r w:rsidR="000D7908">
        <w:t xml:space="preserve">  ___________________________________________________________________________________</w:t>
      </w:r>
    </w:p>
    <w:p w14:paraId="79646AD6" w14:textId="43CB23FB" w:rsidR="000D7908" w:rsidRDefault="00000000">
      <w:r>
        <w:t xml:space="preserve">Staff </w:t>
      </w:r>
      <w:proofErr w:type="gramStart"/>
      <w:r>
        <w:t xml:space="preserve">Initials </w:t>
      </w:r>
      <w:r w:rsidR="000D7908">
        <w:t xml:space="preserve"> _</w:t>
      </w:r>
      <w:proofErr w:type="gramEnd"/>
      <w:r w:rsidR="000D7908">
        <w:t>__________________________________________________________________________________</w:t>
      </w:r>
    </w:p>
    <w:p w14:paraId="219E997C" w14:textId="63302C5F" w:rsidR="000D7908" w:rsidRDefault="00000000">
      <w:r>
        <w:t xml:space="preserve">Second </w:t>
      </w:r>
      <w:proofErr w:type="gramStart"/>
      <w:r>
        <w:t xml:space="preserve">Checker </w:t>
      </w:r>
      <w:r w:rsidR="000D7908">
        <w:t xml:space="preserve"> _</w:t>
      </w:r>
      <w:proofErr w:type="gramEnd"/>
      <w:r w:rsidR="000D7908">
        <w:t>__________________________________________________________________________________</w:t>
      </w:r>
    </w:p>
    <w:p w14:paraId="5875ED41" w14:textId="77777777" w:rsidR="000D7908" w:rsidRDefault="00000000">
      <w:r>
        <w:t>Notes (e.g. refused dose, side effects)</w:t>
      </w:r>
      <w:r w:rsidR="000D7908">
        <w:t xml:space="preserve"> ___________________________________________________________________________________</w:t>
      </w:r>
    </w:p>
    <w:p w14:paraId="59350B42" w14:textId="4355D279" w:rsidR="006967E9" w:rsidRDefault="000D7908" w:rsidP="000D7908">
      <w:r>
        <w:t>___________________________________________________________________________________</w:t>
      </w:r>
      <w:r w:rsidR="00000000">
        <w:br/>
        <w:t>End of Camp Handover</w:t>
      </w:r>
    </w:p>
    <w:p w14:paraId="62FDBAA4" w14:textId="77777777" w:rsidR="006967E9" w:rsidRDefault="00000000">
      <w:r>
        <w:rPr>
          <w:rFonts w:ascii="Segoe UI Symbol" w:hAnsi="Segoe UI Symbol" w:cs="Segoe UI Symbol"/>
        </w:rPr>
        <w:t>☐</w:t>
      </w:r>
      <w:r>
        <w:t xml:space="preserve"> Medication returned to parent/guardian on: ____________________</w:t>
      </w:r>
    </w:p>
    <w:p w14:paraId="3AEE1359" w14:textId="77777777" w:rsidR="006967E9" w:rsidRDefault="00000000">
      <w:r>
        <w:t>Staff Signature: _________________________   Parent Signature: _________________________</w:t>
      </w:r>
    </w:p>
    <w:sectPr w:rsidR="006967E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6039" w14:textId="77777777" w:rsidR="00B4437F" w:rsidRDefault="00B4437F" w:rsidP="000D7908">
      <w:pPr>
        <w:spacing w:after="0" w:line="240" w:lineRule="auto"/>
      </w:pPr>
      <w:r>
        <w:separator/>
      </w:r>
    </w:p>
  </w:endnote>
  <w:endnote w:type="continuationSeparator" w:id="0">
    <w:p w14:paraId="1044CD18" w14:textId="77777777" w:rsidR="00B4437F" w:rsidRDefault="00B4437F" w:rsidP="000D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1026" w14:textId="77777777" w:rsidR="00B4437F" w:rsidRDefault="00B4437F" w:rsidP="000D7908">
      <w:pPr>
        <w:spacing w:after="0" w:line="240" w:lineRule="auto"/>
      </w:pPr>
      <w:r>
        <w:separator/>
      </w:r>
    </w:p>
  </w:footnote>
  <w:footnote w:type="continuationSeparator" w:id="0">
    <w:p w14:paraId="1AA6763C" w14:textId="77777777" w:rsidR="00B4437F" w:rsidRDefault="00B4437F" w:rsidP="000D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9325" w14:textId="5048A539" w:rsidR="000D7908" w:rsidRDefault="000D7908" w:rsidP="000D7908">
    <w:pPr>
      <w:pStyle w:val="Header"/>
      <w:jc w:val="right"/>
    </w:pPr>
    <w:r w:rsidRPr="000D7908">
      <w:rPr>
        <w:b/>
        <w:color w:val="3BB55B"/>
        <w:sz w:val="32"/>
        <w:lang w:val="en-GB"/>
      </w:rPr>
      <w:drawing>
        <wp:inline distT="0" distB="0" distL="0" distR="0" wp14:anchorId="0DF7551A" wp14:editId="0B3EAD90">
          <wp:extent cx="1451726" cy="887838"/>
          <wp:effectExtent l="0" t="0" r="0" b="7620"/>
          <wp:docPr id="1177475183" name="Picture 2" descr="A group of cartoon charac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475183" name="Picture 2" descr="A group of cartoon charac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228" cy="894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5021459">
    <w:abstractNumId w:val="8"/>
  </w:num>
  <w:num w:numId="2" w16cid:durableId="1777945893">
    <w:abstractNumId w:val="6"/>
  </w:num>
  <w:num w:numId="3" w16cid:durableId="1625965291">
    <w:abstractNumId w:val="5"/>
  </w:num>
  <w:num w:numId="4" w16cid:durableId="747461914">
    <w:abstractNumId w:val="4"/>
  </w:num>
  <w:num w:numId="5" w16cid:durableId="193883752">
    <w:abstractNumId w:val="7"/>
  </w:num>
  <w:num w:numId="6" w16cid:durableId="1400053452">
    <w:abstractNumId w:val="3"/>
  </w:num>
  <w:num w:numId="7" w16cid:durableId="552082350">
    <w:abstractNumId w:val="2"/>
  </w:num>
  <w:num w:numId="8" w16cid:durableId="758722461">
    <w:abstractNumId w:val="1"/>
  </w:num>
  <w:num w:numId="9" w16cid:durableId="199086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908"/>
    <w:rsid w:val="0015074B"/>
    <w:rsid w:val="0029639D"/>
    <w:rsid w:val="00326F90"/>
    <w:rsid w:val="006967E9"/>
    <w:rsid w:val="00995C1F"/>
    <w:rsid w:val="00AA1D8D"/>
    <w:rsid w:val="00B4437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65AA36"/>
  <w14:defaultImageDpi w14:val="300"/>
  <w15:docId w15:val="{20BFEFBA-5022-4161-BCB2-5339AEFE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D79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nicky adams</cp:lastModifiedBy>
  <cp:revision>2</cp:revision>
  <dcterms:created xsi:type="dcterms:W3CDTF">2025-10-24T13:26:00Z</dcterms:created>
  <dcterms:modified xsi:type="dcterms:W3CDTF">2025-10-24T13:26:00Z</dcterms:modified>
  <cp:category/>
</cp:coreProperties>
</file>